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המסלולים השונים באתר ואת מה שמייחד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והצבעים של 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להתאים את הלמידה לכל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להתאים את הפעילויות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מסלול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באתר - הבחירה משנה את מספר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(מסלול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(מסלול חנ"מ)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(מסלול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(העשרה למתקדמים)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הקראה, מילון, רמזים, פחות אפשרויות בתרגיל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 שמזכירה רמת קושי או התאמות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בחירת המסלול על המסך ולבקש מהתלמידים לזהות את הצבעים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שהבחירה אישית ואפשר לשנות אותה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על התאמות לדיון רחב יותר על שונות בין לומדים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שעוסק בסיפור החבר מאת אלזה מורנטה אפשר לבחור מסלול למידה שמתאים אישית לכל תלמיד. בדף התרגול נבדוק מה כל מסלול כולל ולמה יש הבדלים בין המסלולים.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חטיבת הביניים  ·  חנ"מ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מטרת בחירת המסלול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להתאים את הפעילויות לכל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לשנות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הכותבת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מסלול מסומן בצבע 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מסלול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מסלול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מסלול עולים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הבחירה במסלול משפיעה על מספר האפשרויות בתרגילים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מסלול חנ"מ מסומן בצבע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האתר מיועד לתלמידי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מסלול __________ מסומן בריבוע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סמל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ריבוע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העשרה למתקדמים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ריבוע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מסלול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ריבוע כתום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מסלול חנ"מ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מסלול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התאמות לדעתכם יכולות לעזור לתלמיד או תלמידה עם קושי בקריאה?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מסלול רגיל למסלול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סמל מייצג את מסלול העשרה למתקדמים?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הסיפור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