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המסלולים השונים באתר ואת מה שמייחד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והצבעים של כל 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חשוב להתאים את הלמידה לכל תלמיד ותלמידה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להתאים את הפעילויות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מסלול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טיל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מספר האפשרויות בתרגילים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לתלמידי 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באתר - הבחירה משנה את מספר האפשרויות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לבחור מסלול מחדש בכל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קישור למפת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מסלול עולים חדשים מסומן בצבע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חטיבת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חנ"מ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(מסלול רגיל)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(מסלול חנ"מ)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(מסלול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(העשרה למתקדמים)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שתלמידים שונים זה מזה, שיש הבדלים ברמה ובצרכים, ושהתאמות עוזרות לכולם ללמוד בצורה טובה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הקראה, מילון, רמזים, פחות אפשרויות בתרגיל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לתשובה שמזכירה רמת קושי או התאמות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של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בחירת המסלול על המסך ולבקש מהתלמידים לזהות את הצבעים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שהבחירה אישית ואפשר לשנות אותה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הדיון על התאמות לדיון רחב יותר על שונות בין לומדים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בחירת מסלול באתר הסיפור החבר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סיפור של סופרת בשם אלזה מורנטה. אפשר לבחור איך ללמוד אותו. נלמד על הבחירות השונות.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מסלול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למידה מיוחדת שמתאימה לתלמיד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עולים חדשים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שהגיעו לאחרונה מארץ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תוספת קשה ומעניינת למתקדמים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התאמה שמאפשרת לכולם להשתמש באתר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שינויים שעוזרים ללמידה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עזרה קטנה בתרגיל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בוחרים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להתאים את הפעילויות לכל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לשנות את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התרגילים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מסלול כחול?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מסלול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מסלול חנ"מ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מסלול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העשרה למתקדמים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הסמל של העשרה?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ריבוע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ריבוע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ריבוע כתום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שונה בכל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הכותבת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האפשרויות בתרגילים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הדפים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לומד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לתלמידי בית ספר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לתלמידי חטיבת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למבוגרים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לגננות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שומרים את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אצל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הבחירה במסלול משפיעה על מספר האפשרויות בתרגילים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לשנות מסלול אחרי הבחירה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חנ"מ מסומן בצבע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גם מפה של ההתאמות וההנגשות לכל מסלול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עולים חדשים מסומן בצבע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האתר מיועד לתלמידי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__________ מסומן בריבוע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למתקדמים מסומן בסמל של טיל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הבחירה במסלול נשמרת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מסלול עולים חדשים מסומן בריבוע בצבע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סמל למסלול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ריבוע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העשרה למתקדמים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ריבוע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מסלול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ריבוע כתום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מסלול חנ"מ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מסלול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שיהיו מסלולי למידה שונים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התאמות לדעתכם יכולות לעזור לתלמיד או תלמידה עם קושי בקריאה?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חנ"מ?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סמל מייצג את מסלול העשרה למתקדמים?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נשמרת הבחירה של המסלול?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בחירת מסלול באתר הסיפור החבר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