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הסיפור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המסלולים השונים באתר ואת מה שמייחד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הסמלים והצבעים של כל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להתאים את הלמידה לכל תלמיד ותלמידה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להתאים את הפעילויות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מסלול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מספר האפשרויות בתרגילים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לתלמידי חטיבת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במכשיר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באתר - הבחירה משנה את מספר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לבחור מסלול מחדש בכל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קישור למפת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מסלול עולים חדשים מסומן בצבע כתום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חטיבת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סמל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(מסלול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(מסלול חנ"מ)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(מסלול 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(העשרה למתקדמים)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שתלמידים שונים זה מזה, שיש הבדלים ברמה ובצרכים, ושהתאמות עוזרות לכולם ללמוד בצורה טובה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הקראה, מילון, רמזים, פחות אפשרויות בתרגיל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לתשובה שמזכירה רמת קושי או התאמות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בחירת המסלול על המסך ולבקש מהתלמידים לזהות את הצבעים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שהבחירה אישית ואפשר לשנות אותה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על התאמות לדיון רחב יותר על שונות בין לומדים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הסיפור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שעוסק בסיפור החבר מאת אלזה מורנטה אפשר לבחור מסלול למידה שמתאים אישית לכל תלמיד. בדף התרגול נבדוק מה כל מסלול כולל ולמה יש הבדלים בין המסלולים.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מטרת בחירת המסלול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להתאים את הפעילויות לכל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לשנות את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מסלול מסומן בצבע כחול?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מסלול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מסלול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מסלול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העשרה למתקדמים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סמל מייצג את מסלול ההעשרה למתקדמים?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ריבוע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ריבוע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ריבוע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משתנה בין המסלולים השונים?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הכותבת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האפשרויות בתרגילים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מיועד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לתלמידי בית ספר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לתלמידי חטיבת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למבוגרים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לגננות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היכן נשמרת הבחירה של המסלול?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הבחירה במסלול משפיעה על מספר האפשרויות בתרגילים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לשנות מסלול אחרי הבחירה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חנ"מ מסומן בצבע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גם מפה של ההתאמות וההנגשות לכל מסלול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עולים חדשים מסומן בצבע כחול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האתר מיועד לתלמידי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מסלול __________ מסומן בריבוע 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למתקדמים מסומן בסמל של 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הבחירה במסלול נשמרת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מסלול עולים חדשים מסומן בריבוע בצבע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סמל למסלול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ריבוע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העשרה למתקדמים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ריבוע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מסלול 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ריבוע כתום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מסלול חנ"מ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מסלול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שיהיו מסלולי למידה שונים באתר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התאמות לדעתכם יכולות לעזור לתלמיד או תלמידה עם קושי בקריאה?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מסלול רגיל למסלול חנ"מ?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סמל מייצג את מסלול העשרה למתקדמים?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נשמרת הבחירה של המסלול?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מסלול באתר הסיפור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